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22F21" w14:textId="77777777" w:rsidR="00891736" w:rsidRPr="00552913" w:rsidRDefault="00000000">
      <w:pPr>
        <w:spacing w:after="160" w:line="252" w:lineRule="auto"/>
        <w:jc w:val="center"/>
        <w:rPr>
          <w:lang w:val="pl-PL"/>
        </w:rPr>
      </w:pPr>
      <w:r w:rsidRPr="00552913">
        <w:rPr>
          <w:b/>
          <w:sz w:val="28"/>
          <w:lang w:val="pl-PL"/>
        </w:rPr>
        <w:t>FORMULARZ OFERTY</w:t>
      </w:r>
    </w:p>
    <w:p w14:paraId="68B6C1C1" w14:textId="77777777" w:rsidR="00891736" w:rsidRPr="00552913" w:rsidRDefault="00000000">
      <w:pPr>
        <w:spacing w:line="252" w:lineRule="auto"/>
        <w:jc w:val="center"/>
        <w:rPr>
          <w:lang w:val="pl-PL"/>
        </w:rPr>
      </w:pPr>
      <w:r w:rsidRPr="00552913">
        <w:rPr>
          <w:b/>
          <w:lang w:val="pl-PL"/>
        </w:rPr>
        <w:t xml:space="preserve">Załącznik nr 1 do Zaproszenia do składania ofert na zakup </w:t>
      </w:r>
      <w:proofErr w:type="spellStart"/>
      <w:r w:rsidRPr="00552913">
        <w:rPr>
          <w:b/>
          <w:lang w:val="pl-PL"/>
        </w:rPr>
        <w:t>insuflatorów</w:t>
      </w:r>
      <w:proofErr w:type="spellEnd"/>
      <w:r w:rsidRPr="00552913">
        <w:rPr>
          <w:b/>
          <w:lang w:val="pl-PL"/>
        </w:rPr>
        <w:t xml:space="preserve"> CO2</w:t>
      </w:r>
    </w:p>
    <w:p w14:paraId="4633EEDE" w14:textId="77777777" w:rsidR="00891736" w:rsidRPr="00552913" w:rsidRDefault="00000000">
      <w:pPr>
        <w:keepNext/>
        <w:spacing w:before="180" w:after="80" w:line="252" w:lineRule="auto"/>
        <w:rPr>
          <w:lang w:val="pl-PL"/>
        </w:rPr>
      </w:pPr>
      <w:r w:rsidRPr="00552913">
        <w:rPr>
          <w:b/>
          <w:lang w:val="pl-PL"/>
        </w:rPr>
        <w:t>1. Zamawiający</w:t>
      </w:r>
    </w:p>
    <w:p w14:paraId="515F87C0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Medicover sp. z o.o., al. Jerozolimskie 96, 00-807 Warszawa, KRS 0000021314, NIP 525-15-77-627.</w:t>
      </w:r>
    </w:p>
    <w:p w14:paraId="58E7A711" w14:textId="77777777" w:rsidR="00891736" w:rsidRPr="00552913" w:rsidRDefault="00000000">
      <w:pPr>
        <w:keepNext/>
        <w:spacing w:before="180" w:after="80" w:line="252" w:lineRule="auto"/>
        <w:rPr>
          <w:lang w:val="pl-PL"/>
        </w:rPr>
      </w:pPr>
      <w:r w:rsidRPr="00552913">
        <w:rPr>
          <w:b/>
          <w:lang w:val="pl-PL"/>
        </w:rPr>
        <w:t>2. Dane Wykonawcy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9"/>
        <w:gridCol w:w="4867"/>
      </w:tblGrid>
      <w:tr w:rsidR="00891736" w14:paraId="236BCF05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11A9B" w14:textId="77777777" w:rsidR="00891736" w:rsidRDefault="00000000">
            <w:proofErr w:type="spellStart"/>
            <w:r>
              <w:rPr>
                <w:sz w:val="18"/>
              </w:rPr>
              <w:t>Pełna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nazwa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Wykonawcy</w:t>
            </w:r>
            <w:proofErr w:type="spellEnd"/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68793" w14:textId="77777777" w:rsidR="00891736" w:rsidRDefault="00891736"/>
        </w:tc>
      </w:tr>
      <w:tr w:rsidR="00891736" w14:paraId="70B119CE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1CAA1" w14:textId="77777777" w:rsidR="00891736" w:rsidRDefault="00000000">
            <w:r>
              <w:rPr>
                <w:sz w:val="18"/>
              </w:rPr>
              <w:t>Adres</w:t>
            </w:r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77E32" w14:textId="77777777" w:rsidR="00891736" w:rsidRDefault="00891736"/>
        </w:tc>
      </w:tr>
      <w:tr w:rsidR="00891736" w14:paraId="773ACE01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7E547" w14:textId="77777777" w:rsidR="00891736" w:rsidRDefault="00000000">
            <w:r>
              <w:rPr>
                <w:sz w:val="18"/>
              </w:rPr>
              <w:t>NIP</w:t>
            </w:r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63AEEE" w14:textId="77777777" w:rsidR="00891736" w:rsidRDefault="00891736"/>
        </w:tc>
      </w:tr>
      <w:tr w:rsidR="00891736" w14:paraId="18BF4C4E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FDEBA2" w14:textId="77777777" w:rsidR="00891736" w:rsidRDefault="00000000">
            <w:r>
              <w:rPr>
                <w:sz w:val="18"/>
              </w:rPr>
              <w:t>REGON / numer rejestrowy</w:t>
            </w:r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575A7" w14:textId="77777777" w:rsidR="00891736" w:rsidRDefault="00891736"/>
        </w:tc>
      </w:tr>
      <w:tr w:rsidR="00891736" w14:paraId="26E109E8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F0E7F" w14:textId="77777777" w:rsidR="00891736" w:rsidRDefault="00000000">
            <w:r>
              <w:rPr>
                <w:sz w:val="18"/>
              </w:rPr>
              <w:t>Telefon</w:t>
            </w:r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C06E2" w14:textId="77777777" w:rsidR="00891736" w:rsidRDefault="00891736"/>
        </w:tc>
      </w:tr>
      <w:tr w:rsidR="00891736" w14:paraId="3B35CC87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5E239" w14:textId="77777777" w:rsidR="00891736" w:rsidRDefault="00000000">
            <w:r>
              <w:rPr>
                <w:sz w:val="18"/>
              </w:rPr>
              <w:t>E-mail</w:t>
            </w:r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046F7C" w14:textId="77777777" w:rsidR="00891736" w:rsidRDefault="00891736"/>
        </w:tc>
      </w:tr>
      <w:tr w:rsidR="00891736" w:rsidRPr="00552913" w14:paraId="326743B8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420DA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Osoba do kontaktu w sprawie oferty</w:t>
            </w:r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CFB73" w14:textId="77777777" w:rsidR="00891736" w:rsidRPr="00552913" w:rsidRDefault="00891736">
            <w:pPr>
              <w:rPr>
                <w:lang w:val="pl-PL"/>
              </w:rPr>
            </w:pPr>
          </w:p>
        </w:tc>
      </w:tr>
      <w:tr w:rsidR="00891736" w:rsidRPr="00552913" w14:paraId="4E734041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DB49F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Osoba do kontaktu przy realizacji umowy</w:t>
            </w:r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71C3E" w14:textId="77777777" w:rsidR="00891736" w:rsidRPr="00552913" w:rsidRDefault="00891736">
            <w:pPr>
              <w:rPr>
                <w:lang w:val="pl-PL"/>
              </w:rPr>
            </w:pPr>
          </w:p>
        </w:tc>
      </w:tr>
      <w:tr w:rsidR="00891736" w:rsidRPr="00552913" w14:paraId="48C619D2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74CD43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Adres e-mail do zgłoszeń serwisowych</w:t>
            </w:r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F36067" w14:textId="77777777" w:rsidR="00891736" w:rsidRPr="00552913" w:rsidRDefault="00891736">
            <w:pPr>
              <w:rPr>
                <w:lang w:val="pl-PL"/>
              </w:rPr>
            </w:pPr>
          </w:p>
        </w:tc>
      </w:tr>
    </w:tbl>
    <w:p w14:paraId="72D97549" w14:textId="77777777" w:rsidR="00891736" w:rsidRPr="00552913" w:rsidRDefault="00000000">
      <w:pPr>
        <w:keepNext/>
        <w:spacing w:before="180" w:after="80" w:line="252" w:lineRule="auto"/>
        <w:rPr>
          <w:lang w:val="pl-PL"/>
        </w:rPr>
      </w:pPr>
      <w:r w:rsidRPr="00552913">
        <w:rPr>
          <w:b/>
          <w:lang w:val="pl-PL"/>
        </w:rPr>
        <w:t>3. Oferta cenowa</w:t>
      </w:r>
    </w:p>
    <w:p w14:paraId="1B757638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Oferujemy wykonanie całego przedmiotu zamówienia zgodnie z Zaproszeniem i projektem umowy na poniższych warunkach: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392"/>
        <w:gridCol w:w="1391"/>
        <w:gridCol w:w="1391"/>
        <w:gridCol w:w="1390"/>
        <w:gridCol w:w="1391"/>
        <w:gridCol w:w="1390"/>
        <w:gridCol w:w="1391"/>
      </w:tblGrid>
      <w:tr w:rsidR="00891736" w14:paraId="3C01EA91" w14:textId="77777777">
        <w:trPr>
          <w:jc w:val="center"/>
        </w:trPr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51033" w14:textId="77777777" w:rsidR="00891736" w:rsidRDefault="00000000">
            <w:proofErr w:type="spellStart"/>
            <w:r>
              <w:rPr>
                <w:sz w:val="18"/>
              </w:rPr>
              <w:t>Przedmiot</w:t>
            </w:r>
            <w:proofErr w:type="spellEnd"/>
          </w:p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8B1D70" w14:textId="77777777" w:rsidR="00891736" w:rsidRDefault="00000000">
            <w:r>
              <w:rPr>
                <w:sz w:val="18"/>
              </w:rPr>
              <w:t>Producent / model</w:t>
            </w:r>
          </w:p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53245" w14:textId="77777777" w:rsidR="00891736" w:rsidRDefault="00000000">
            <w:r>
              <w:rPr>
                <w:sz w:val="18"/>
              </w:rPr>
              <w:t>Liczba</w:t>
            </w:r>
          </w:p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66013" w14:textId="77777777" w:rsidR="00891736" w:rsidRDefault="00000000">
            <w:r>
              <w:rPr>
                <w:sz w:val="18"/>
              </w:rPr>
              <w:t>Cena jedn. netto</w:t>
            </w:r>
          </w:p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09F07" w14:textId="77777777" w:rsidR="00891736" w:rsidRDefault="00000000">
            <w:r>
              <w:rPr>
                <w:sz w:val="18"/>
              </w:rPr>
              <w:t>Wartość netto</w:t>
            </w:r>
          </w:p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1BF7C" w14:textId="77777777" w:rsidR="00891736" w:rsidRDefault="00000000">
            <w:r>
              <w:rPr>
                <w:sz w:val="18"/>
              </w:rPr>
              <w:t>VAT</w:t>
            </w:r>
          </w:p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EBE01F" w14:textId="77777777" w:rsidR="00891736" w:rsidRDefault="00000000">
            <w:r>
              <w:rPr>
                <w:sz w:val="18"/>
              </w:rPr>
              <w:t>Wartość brutto</w:t>
            </w:r>
          </w:p>
        </w:tc>
      </w:tr>
      <w:tr w:rsidR="00891736" w14:paraId="05055AD9" w14:textId="77777777">
        <w:trPr>
          <w:jc w:val="center"/>
        </w:trPr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08655" w14:textId="77777777" w:rsidR="00891736" w:rsidRPr="00552913" w:rsidRDefault="00000000">
            <w:pPr>
              <w:rPr>
                <w:lang w:val="pl-PL"/>
              </w:rPr>
            </w:pPr>
            <w:proofErr w:type="spellStart"/>
            <w:r w:rsidRPr="00552913">
              <w:rPr>
                <w:sz w:val="18"/>
                <w:lang w:val="pl-PL"/>
              </w:rPr>
              <w:t>Insuflator</w:t>
            </w:r>
            <w:proofErr w:type="spellEnd"/>
            <w:r w:rsidRPr="00552913">
              <w:rPr>
                <w:sz w:val="18"/>
                <w:lang w:val="pl-PL"/>
              </w:rPr>
              <w:t xml:space="preserve"> CO2 z kompletnym wyposażeniem</w:t>
            </w:r>
          </w:p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E338F" w14:textId="77777777" w:rsidR="00891736" w:rsidRPr="00552913" w:rsidRDefault="00891736">
            <w:pPr>
              <w:rPr>
                <w:lang w:val="pl-PL"/>
              </w:rPr>
            </w:pPr>
          </w:p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8CD622" w14:textId="77777777" w:rsidR="00891736" w:rsidRDefault="00000000">
            <w:r>
              <w:rPr>
                <w:sz w:val="18"/>
              </w:rPr>
              <w:t xml:space="preserve">10 </w:t>
            </w:r>
            <w:proofErr w:type="spellStart"/>
            <w:r>
              <w:rPr>
                <w:sz w:val="18"/>
              </w:rPr>
              <w:t>szt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FA062" w14:textId="77777777" w:rsidR="00891736" w:rsidRDefault="00891736"/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894C3" w14:textId="77777777" w:rsidR="00891736" w:rsidRDefault="00891736"/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FC96B" w14:textId="77777777" w:rsidR="00891736" w:rsidRDefault="00891736"/>
        </w:tc>
        <w:tc>
          <w:tcPr>
            <w:tcW w:w="13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4ED9C5" w14:textId="77777777" w:rsidR="00891736" w:rsidRDefault="00891736"/>
        </w:tc>
      </w:tr>
    </w:tbl>
    <w:p w14:paraId="397AE91C" w14:textId="77777777" w:rsidR="00891736" w:rsidRDefault="00000000">
      <w:pPr>
        <w:spacing w:after="80" w:line="252" w:lineRule="auto"/>
      </w:pPr>
      <w:r>
        <w:t>Łączna cena brutto słownie: ............................................................................................................................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736"/>
      </w:tblGrid>
      <w:tr w:rsidR="00891736" w:rsidRPr="00552913" w14:paraId="2DDD39A7" w14:textId="77777777">
        <w:trPr>
          <w:jc w:val="center"/>
        </w:trPr>
        <w:tc>
          <w:tcPr>
            <w:tcW w:w="974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DAC71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Cena obejmuje wszystkie koszty realizacji, w szczególności urządzenia i wyposażenie, dokumentację, opakowanie, transport, ubezpieczenie, wniesienie, uruchomienie, testy, instruktaż użytkowników, gwarancję i serwis.</w:t>
            </w:r>
          </w:p>
        </w:tc>
      </w:tr>
    </w:tbl>
    <w:p w14:paraId="1AF983E7" w14:textId="77777777" w:rsidR="00891736" w:rsidRDefault="00000000">
      <w:pPr>
        <w:keepNext/>
        <w:spacing w:before="180" w:after="80" w:line="252" w:lineRule="auto"/>
      </w:pPr>
      <w:r>
        <w:rPr>
          <w:b/>
        </w:rPr>
        <w:t>4. Warunki realizacji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868"/>
        <w:gridCol w:w="4868"/>
      </w:tblGrid>
      <w:tr w:rsidR="00891736" w14:paraId="24F317A4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5EC4A" w14:textId="77777777" w:rsidR="00891736" w:rsidRDefault="00000000">
            <w:r>
              <w:rPr>
                <w:sz w:val="18"/>
              </w:rPr>
              <w:t>Warunek</w:t>
            </w:r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86B5A4" w14:textId="77777777" w:rsidR="00891736" w:rsidRDefault="00000000">
            <w:r>
              <w:rPr>
                <w:sz w:val="18"/>
              </w:rPr>
              <w:t>Deklaracja Wykonawcy</w:t>
            </w:r>
          </w:p>
        </w:tc>
      </w:tr>
      <w:tr w:rsidR="00891736" w:rsidRPr="00552913" w14:paraId="66C27E0C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EB7DC" w14:textId="77777777" w:rsidR="00891736" w:rsidRDefault="00000000">
            <w:r>
              <w:rPr>
                <w:sz w:val="18"/>
              </w:rPr>
              <w:t>Termin dostawy</w:t>
            </w:r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03F20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do 5 tygodni od dnia zawarcia umowy</w:t>
            </w:r>
          </w:p>
        </w:tc>
      </w:tr>
      <w:tr w:rsidR="00891736" w:rsidRPr="00552913" w14:paraId="163C51BE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6A80E1" w14:textId="77777777" w:rsidR="00891736" w:rsidRDefault="00000000">
            <w:proofErr w:type="spellStart"/>
            <w:r>
              <w:rPr>
                <w:sz w:val="18"/>
              </w:rPr>
              <w:t>Okres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gwarancji</w:t>
            </w:r>
            <w:proofErr w:type="spellEnd"/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F0E81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........ miesięcy, nie mniej niż 24 miesiące</w:t>
            </w:r>
          </w:p>
        </w:tc>
      </w:tr>
      <w:tr w:rsidR="00891736" w:rsidRPr="00552913" w14:paraId="2941B666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18A890" w14:textId="77777777" w:rsidR="00891736" w:rsidRDefault="00000000">
            <w:proofErr w:type="spellStart"/>
            <w:r>
              <w:rPr>
                <w:sz w:val="18"/>
              </w:rPr>
              <w:t>Potwierdzenie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zgłoszenia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serwisowego</w:t>
            </w:r>
            <w:proofErr w:type="spellEnd"/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75B2E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do ........ dnia/dni roboczych, nie później niż 1 dzień roboczy</w:t>
            </w:r>
          </w:p>
        </w:tc>
      </w:tr>
      <w:tr w:rsidR="00891736" w:rsidRPr="00552913" w14:paraId="192698B4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FF33DB" w14:textId="77777777" w:rsidR="00891736" w:rsidRDefault="00000000">
            <w:r>
              <w:rPr>
                <w:sz w:val="18"/>
              </w:rPr>
              <w:t xml:space="preserve">Termin </w:t>
            </w:r>
            <w:proofErr w:type="spellStart"/>
            <w:r>
              <w:rPr>
                <w:sz w:val="18"/>
              </w:rPr>
              <w:t>naprawy</w:t>
            </w:r>
            <w:proofErr w:type="spellEnd"/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5395D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do ........ dni roboczych, nie później niż 5 dni roboczych</w:t>
            </w:r>
          </w:p>
        </w:tc>
      </w:tr>
      <w:tr w:rsidR="00891736" w:rsidRPr="00552913" w14:paraId="4077BB5D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CE4CA" w14:textId="77777777" w:rsidR="00891736" w:rsidRDefault="00000000">
            <w:proofErr w:type="spellStart"/>
            <w:r>
              <w:rPr>
                <w:sz w:val="18"/>
              </w:rPr>
              <w:t>Urządzenie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zastępcze</w:t>
            </w:r>
            <w:proofErr w:type="spellEnd"/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A20A74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TAK, bezpłatnie po przekroczeniu terminu naprawy</w:t>
            </w:r>
          </w:p>
        </w:tc>
      </w:tr>
      <w:tr w:rsidR="00891736" w:rsidRPr="00552913" w14:paraId="05D0B80B" w14:textId="77777777">
        <w:trPr>
          <w:jc w:val="center"/>
        </w:trPr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BB39B" w14:textId="77777777" w:rsidR="00891736" w:rsidRDefault="00000000">
            <w:r>
              <w:rPr>
                <w:sz w:val="18"/>
              </w:rPr>
              <w:t xml:space="preserve">Termin </w:t>
            </w:r>
            <w:proofErr w:type="spellStart"/>
            <w:r>
              <w:rPr>
                <w:sz w:val="18"/>
              </w:rPr>
              <w:t>związania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ofertą</w:t>
            </w:r>
            <w:proofErr w:type="spellEnd"/>
          </w:p>
        </w:tc>
        <w:tc>
          <w:tcPr>
            <w:tcW w:w="487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617EC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30 dni od upływu terminu składania ofert</w:t>
            </w:r>
          </w:p>
        </w:tc>
      </w:tr>
    </w:tbl>
    <w:p w14:paraId="3331227D" w14:textId="77777777" w:rsidR="00891736" w:rsidRDefault="00000000">
      <w:pPr>
        <w:keepNext/>
        <w:spacing w:before="180" w:after="80" w:line="252" w:lineRule="auto"/>
      </w:pPr>
      <w:r>
        <w:rPr>
          <w:b/>
        </w:rPr>
        <w:t>5. Formularz parametrów technicznych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47"/>
        <w:gridCol w:w="1948"/>
        <w:gridCol w:w="1947"/>
        <w:gridCol w:w="1947"/>
        <w:gridCol w:w="1947"/>
      </w:tblGrid>
      <w:tr w:rsidR="00891736" w14:paraId="0D0CC844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4DA7E" w14:textId="77777777" w:rsidR="00891736" w:rsidRDefault="00000000">
            <w:r>
              <w:rPr>
                <w:sz w:val="18"/>
              </w:rPr>
              <w:t>Lp.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EFFBE" w14:textId="77777777" w:rsidR="00891736" w:rsidRDefault="00000000">
            <w:r>
              <w:rPr>
                <w:sz w:val="18"/>
              </w:rPr>
              <w:t>Wymaganie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6127D" w14:textId="77777777" w:rsidR="00891736" w:rsidRDefault="00000000">
            <w:r>
              <w:rPr>
                <w:sz w:val="18"/>
              </w:rPr>
              <w:t>Wymagane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5FFFA1" w14:textId="77777777" w:rsidR="00891736" w:rsidRDefault="00000000">
            <w:r>
              <w:rPr>
                <w:sz w:val="18"/>
              </w:rPr>
              <w:t>Parametr oferowany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EA280" w14:textId="77777777" w:rsidR="00891736" w:rsidRDefault="00000000">
            <w:r>
              <w:rPr>
                <w:sz w:val="18"/>
              </w:rPr>
              <w:t>Dokument / strona</w:t>
            </w:r>
          </w:p>
        </w:tc>
      </w:tr>
      <w:tr w:rsidR="00891736" w14:paraId="04F99CFF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BA248" w14:textId="77777777" w:rsidR="00891736" w:rsidRDefault="00000000">
            <w:r>
              <w:rPr>
                <w:sz w:val="18"/>
              </w:rPr>
              <w:lastRenderedPageBreak/>
              <w:t>1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D8C3B" w14:textId="77777777" w:rsidR="00891736" w:rsidRDefault="00000000">
            <w:r>
              <w:rPr>
                <w:sz w:val="18"/>
              </w:rPr>
              <w:t>Stałe ciśnienie insuflacji CO2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998BC" w14:textId="77777777" w:rsidR="00891736" w:rsidRDefault="00000000">
            <w:r>
              <w:rPr>
                <w:sz w:val="18"/>
              </w:rPr>
              <w:t>TAK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55451" w14:textId="77777777" w:rsidR="00891736" w:rsidRDefault="00891736"/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0701B" w14:textId="77777777" w:rsidR="00891736" w:rsidRDefault="00891736"/>
        </w:tc>
      </w:tr>
      <w:tr w:rsidR="00891736" w14:paraId="5F5F5780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88660" w14:textId="77777777" w:rsidR="00891736" w:rsidRDefault="00000000">
            <w:r>
              <w:rPr>
                <w:sz w:val="18"/>
              </w:rPr>
              <w:t>2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18035E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Zasilanie CO2 z butli i instalacji centralnej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5F59B" w14:textId="77777777" w:rsidR="00891736" w:rsidRDefault="00000000">
            <w:r>
              <w:rPr>
                <w:sz w:val="18"/>
              </w:rPr>
              <w:t>TAK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C0796" w14:textId="77777777" w:rsidR="00891736" w:rsidRDefault="00891736"/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BDBE2" w14:textId="77777777" w:rsidR="00891736" w:rsidRDefault="00891736"/>
        </w:tc>
      </w:tr>
      <w:tr w:rsidR="00891736" w14:paraId="0DE3A7FE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CA0A4" w14:textId="77777777" w:rsidR="00891736" w:rsidRDefault="00000000">
            <w:r>
              <w:rPr>
                <w:sz w:val="18"/>
              </w:rPr>
              <w:t>3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B96EE" w14:textId="77777777" w:rsidR="00891736" w:rsidRDefault="00000000">
            <w:r>
              <w:rPr>
                <w:sz w:val="18"/>
              </w:rPr>
              <w:t>Przełącznik wyboru źródła CO2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A231E" w14:textId="77777777" w:rsidR="00891736" w:rsidRDefault="00000000">
            <w:r>
              <w:rPr>
                <w:sz w:val="18"/>
              </w:rPr>
              <w:t>TAK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21CFF" w14:textId="77777777" w:rsidR="00891736" w:rsidRDefault="00891736"/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F6072" w14:textId="77777777" w:rsidR="00891736" w:rsidRDefault="00891736"/>
        </w:tc>
      </w:tr>
      <w:tr w:rsidR="00891736" w14:paraId="2D0F14DD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B0860D" w14:textId="77777777" w:rsidR="00891736" w:rsidRDefault="00000000">
            <w:r>
              <w:rPr>
                <w:sz w:val="18"/>
              </w:rPr>
              <w:t>4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138534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Wskaźnik napełnienia butli na panelu frontowym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E9E5B2" w14:textId="77777777" w:rsidR="00891736" w:rsidRDefault="00000000">
            <w:r>
              <w:rPr>
                <w:sz w:val="18"/>
              </w:rPr>
              <w:t>TAK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1DB448" w14:textId="77777777" w:rsidR="00891736" w:rsidRDefault="00891736"/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A0719" w14:textId="77777777" w:rsidR="00891736" w:rsidRDefault="00891736"/>
        </w:tc>
      </w:tr>
      <w:tr w:rsidR="00891736" w14:paraId="75CE6B3E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02067" w14:textId="77777777" w:rsidR="00891736" w:rsidRDefault="00000000">
            <w:r>
              <w:rPr>
                <w:sz w:val="18"/>
              </w:rPr>
              <w:t>5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7D926" w14:textId="77777777" w:rsidR="00891736" w:rsidRDefault="00000000">
            <w:r>
              <w:rPr>
                <w:sz w:val="18"/>
              </w:rPr>
              <w:t>Ciśnienie podawania CO2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225675" w14:textId="77777777" w:rsidR="00891736" w:rsidRDefault="00000000">
            <w:r>
              <w:rPr>
                <w:sz w:val="18"/>
              </w:rPr>
              <w:t>maks. 65 kPa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5B7D33" w14:textId="77777777" w:rsidR="00891736" w:rsidRDefault="00891736"/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EFE4C" w14:textId="77777777" w:rsidR="00891736" w:rsidRDefault="00891736"/>
        </w:tc>
      </w:tr>
      <w:tr w:rsidR="00891736" w14:paraId="7E8987BC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52E3A" w14:textId="77777777" w:rsidR="00891736" w:rsidRDefault="00000000">
            <w:r>
              <w:rPr>
                <w:sz w:val="18"/>
              </w:rPr>
              <w:t>6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B0E8E" w14:textId="77777777" w:rsidR="00891736" w:rsidRDefault="00000000">
            <w:r>
              <w:rPr>
                <w:sz w:val="18"/>
              </w:rPr>
              <w:t>Zasilanie elektryczne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A533A" w14:textId="77777777" w:rsidR="00891736" w:rsidRDefault="00000000">
            <w:r>
              <w:rPr>
                <w:sz w:val="18"/>
              </w:rPr>
              <w:t>230 V / 50 Hz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79270" w14:textId="77777777" w:rsidR="00891736" w:rsidRDefault="00891736"/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89BFA2" w14:textId="77777777" w:rsidR="00891736" w:rsidRDefault="00891736"/>
        </w:tc>
      </w:tr>
      <w:tr w:rsidR="00891736" w14:paraId="32E28D13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927FC" w14:textId="77777777" w:rsidR="00891736" w:rsidRDefault="00000000">
            <w:r>
              <w:rPr>
                <w:sz w:val="18"/>
              </w:rPr>
              <w:t>7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FF5F2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Urządzenie fabrycznie nowe, kompletne i gotowe do pracy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B0115" w14:textId="77777777" w:rsidR="00891736" w:rsidRDefault="00000000">
            <w:r>
              <w:rPr>
                <w:sz w:val="18"/>
              </w:rPr>
              <w:t>TAK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55700" w14:textId="77777777" w:rsidR="00891736" w:rsidRDefault="00891736"/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762B5" w14:textId="77777777" w:rsidR="00891736" w:rsidRDefault="00891736"/>
        </w:tc>
      </w:tr>
      <w:tr w:rsidR="00891736" w14:paraId="35C9A4A7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4AEB25" w14:textId="77777777" w:rsidR="00891736" w:rsidRDefault="00000000">
            <w:r>
              <w:rPr>
                <w:sz w:val="18"/>
              </w:rPr>
              <w:t>8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2BAABB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Butla CO2, przewód gazowy 1000 mm, wymagane złącza i reduktory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19BED" w14:textId="77777777" w:rsidR="00891736" w:rsidRDefault="00000000">
            <w:r>
              <w:rPr>
                <w:sz w:val="18"/>
              </w:rPr>
              <w:t>TAK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7C4B1" w14:textId="77777777" w:rsidR="00891736" w:rsidRDefault="00891736"/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17BDD" w14:textId="77777777" w:rsidR="00891736" w:rsidRDefault="00891736"/>
        </w:tc>
      </w:tr>
      <w:tr w:rsidR="00891736" w14:paraId="3A419546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E6C91" w14:textId="77777777" w:rsidR="00891736" w:rsidRDefault="00000000">
            <w:r>
              <w:rPr>
                <w:sz w:val="18"/>
              </w:rPr>
              <w:t>9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7BE9C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Oznakowanie CE i deklaracja zgodności UE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82889" w14:textId="77777777" w:rsidR="00891736" w:rsidRDefault="00000000">
            <w:r>
              <w:rPr>
                <w:sz w:val="18"/>
              </w:rPr>
              <w:t>TAK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7DCA5" w14:textId="77777777" w:rsidR="00891736" w:rsidRDefault="00891736"/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88DB8" w14:textId="77777777" w:rsidR="00891736" w:rsidRDefault="00891736"/>
        </w:tc>
      </w:tr>
      <w:tr w:rsidR="00891736" w14:paraId="581A4DC8" w14:textId="77777777">
        <w:trPr>
          <w:jc w:val="center"/>
        </w:trPr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087893" w14:textId="77777777" w:rsidR="00891736" w:rsidRDefault="00000000">
            <w:r>
              <w:rPr>
                <w:sz w:val="18"/>
              </w:rPr>
              <w:t>10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64039" w14:textId="77777777" w:rsidR="00891736" w:rsidRPr="00552913" w:rsidRDefault="00000000">
            <w:pPr>
              <w:rPr>
                <w:lang w:val="pl-PL"/>
              </w:rPr>
            </w:pPr>
            <w:r w:rsidRPr="00552913">
              <w:rPr>
                <w:sz w:val="18"/>
                <w:lang w:val="pl-PL"/>
              </w:rPr>
              <w:t>Instrukcja używania w języku polskim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A939D" w14:textId="77777777" w:rsidR="00891736" w:rsidRDefault="00000000">
            <w:r>
              <w:rPr>
                <w:sz w:val="18"/>
              </w:rPr>
              <w:t>TAK</w:t>
            </w:r>
          </w:p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5DC939" w14:textId="77777777" w:rsidR="00891736" w:rsidRDefault="00891736"/>
        </w:tc>
        <w:tc>
          <w:tcPr>
            <w:tcW w:w="194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FD6BB9" w14:textId="77777777" w:rsidR="00891736" w:rsidRDefault="00891736"/>
        </w:tc>
      </w:tr>
    </w:tbl>
    <w:p w14:paraId="0426C6A1" w14:textId="77777777" w:rsidR="00891736" w:rsidRDefault="00000000">
      <w:pPr>
        <w:keepNext/>
        <w:spacing w:before="180" w:after="80" w:line="252" w:lineRule="auto"/>
      </w:pPr>
      <w:r>
        <w:rPr>
          <w:b/>
        </w:rPr>
        <w:t>Dane regulacyjne oferowanego wyrobu</w:t>
      </w:r>
    </w:p>
    <w:p w14:paraId="5E9EC137" w14:textId="77777777" w:rsidR="00891736" w:rsidRDefault="00000000">
      <w:pPr>
        <w:spacing w:after="80" w:line="252" w:lineRule="auto"/>
      </w:pPr>
      <w:r>
        <w:t>Producent: ........................................................................................................................</w:t>
      </w:r>
    </w:p>
    <w:p w14:paraId="0B6733B3" w14:textId="77777777" w:rsidR="00891736" w:rsidRDefault="00000000">
      <w:pPr>
        <w:spacing w:after="80" w:line="252" w:lineRule="auto"/>
      </w:pPr>
      <w:r>
        <w:t>Model / numer katalogowy: ................................................................................................</w:t>
      </w:r>
    </w:p>
    <w:p w14:paraId="11370FE7" w14:textId="77777777" w:rsidR="00891736" w:rsidRDefault="00000000">
      <w:pPr>
        <w:spacing w:after="80" w:line="252" w:lineRule="auto"/>
      </w:pPr>
      <w:r>
        <w:t>Klasa wyrobu: ....................  Reguła klasyfikacji: ....................</w:t>
      </w:r>
    </w:p>
    <w:p w14:paraId="0869DB67" w14:textId="77777777" w:rsidR="00891736" w:rsidRDefault="00000000">
      <w:pPr>
        <w:spacing w:after="80" w:line="252" w:lineRule="auto"/>
      </w:pPr>
      <w:r>
        <w:t>Basic UDI-DI: ....................................................  UDI-DI: ....................................................</w:t>
      </w:r>
    </w:p>
    <w:p w14:paraId="6012A0A9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Jednostka notyfikowana i numer certyfikatu, jeżeli dotyczy: ........................................................................</w:t>
      </w:r>
    </w:p>
    <w:p w14:paraId="45AA4D9C" w14:textId="77777777" w:rsidR="00891736" w:rsidRPr="00552913" w:rsidRDefault="00000000">
      <w:pPr>
        <w:keepNext/>
        <w:spacing w:before="180" w:after="80" w:line="252" w:lineRule="auto"/>
        <w:rPr>
          <w:lang w:val="pl-PL"/>
        </w:rPr>
      </w:pPr>
      <w:r w:rsidRPr="00552913">
        <w:rPr>
          <w:b/>
          <w:lang w:val="pl-PL"/>
        </w:rPr>
        <w:t>6. Oświadczenia Wykonawcy</w:t>
      </w:r>
    </w:p>
    <w:p w14:paraId="317027D3" w14:textId="64953EEB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 xml:space="preserve">zapoznaliśmy się z Zaproszeniem, projektem umowy i załącznikami oraz nie wnosimy do nich zastrzeżeń, </w:t>
      </w:r>
      <w:r w:rsidR="00552913" w:rsidRPr="00552913">
        <w:rPr>
          <w:lang w:val="pl-PL"/>
        </w:rPr>
        <w:br/>
      </w:r>
      <w:r w:rsidRPr="00552913">
        <w:rPr>
          <w:lang w:val="pl-PL"/>
        </w:rPr>
        <w:t>z wyjątkiem zastrzeżeń jednoznacznie wskazanych w ofercie;</w:t>
      </w:r>
    </w:p>
    <w:p w14:paraId="36B48E70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oferowane urządzenia są fabrycznie nowe, nieużywane, kompletne, wolne od wad i gotowe do użytkowania zgodnie z przeznaczeniem;</w:t>
      </w:r>
    </w:p>
    <w:p w14:paraId="47C92EC9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oferowane urządzenia spełniają wszystkie wymagania minimalne Zamawiającego;</w:t>
      </w:r>
    </w:p>
    <w:p w14:paraId="0C14B588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posiadamy uprawnienia i zasoby niezbędne do prawidłowej realizacji zamówienia;</w:t>
      </w:r>
    </w:p>
    <w:p w14:paraId="1184D416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zamówienie wykonamy samodzielnie / z udziałem podwykonawców* w zakresie: ........................................................;</w:t>
      </w:r>
    </w:p>
    <w:p w14:paraId="2FC913E1" w14:textId="4C9BB482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 xml:space="preserve">wybór oferty będzie / nie będzie* prowadził do powstania u Zamawiającego obowiązku podatkowego. </w:t>
      </w:r>
      <w:r w:rsidR="00552913">
        <w:rPr>
          <w:lang w:val="pl-PL"/>
        </w:rPr>
        <w:br/>
      </w:r>
      <w:r w:rsidRPr="00552913">
        <w:rPr>
          <w:lang w:val="pl-PL"/>
        </w:rPr>
        <w:t>W przypadku powstania obowiązku podatkowego wskazujemy rodzaj towaru lub usługi oraz wartość netto: ........................................................................;</w:t>
      </w:r>
    </w:p>
    <w:p w14:paraId="500C67F1" w14:textId="0C68B1BA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 xml:space="preserve">wszystkie informacje i dokumenty przedstawione w ofercie są zgodne ze stanem faktycznym i prawnym </w:t>
      </w:r>
      <w:r w:rsidR="00552913">
        <w:rPr>
          <w:lang w:val="pl-PL"/>
        </w:rPr>
        <w:br/>
      </w:r>
      <w:r w:rsidRPr="00552913">
        <w:rPr>
          <w:lang w:val="pl-PL"/>
        </w:rPr>
        <w:t>na dzień złożenia oferty;</w:t>
      </w:r>
    </w:p>
    <w:p w14:paraId="06FC7427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akceptujemy 30-dniowy termin związania ofertą;</w:t>
      </w:r>
    </w:p>
    <w:p w14:paraId="1E00A95A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wszystkie załączniki stanowią integralną część oferty.</w:t>
      </w:r>
    </w:p>
    <w:p w14:paraId="1A6DA97B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lastRenderedPageBreak/>
        <w:t>* niepotrzebne skreślić</w:t>
      </w:r>
    </w:p>
    <w:p w14:paraId="7C0B879B" w14:textId="77777777" w:rsidR="00891736" w:rsidRPr="00552913" w:rsidRDefault="00000000">
      <w:pPr>
        <w:keepNext/>
        <w:spacing w:before="180" w:after="80" w:line="252" w:lineRule="auto"/>
        <w:rPr>
          <w:lang w:val="pl-PL"/>
        </w:rPr>
      </w:pPr>
      <w:r w:rsidRPr="00552913">
        <w:rPr>
          <w:b/>
          <w:lang w:val="pl-PL"/>
        </w:rPr>
        <w:t>6A. Oświadczenia dotyczące MDR i finansowania ABM</w:t>
      </w:r>
    </w:p>
    <w:p w14:paraId="615E40CA" w14:textId="77777777" w:rsidR="00891736" w:rsidRPr="00552913" w:rsidRDefault="00000000" w:rsidP="00552913">
      <w:pPr>
        <w:spacing w:after="80" w:line="252" w:lineRule="auto"/>
        <w:jc w:val="both"/>
        <w:rPr>
          <w:lang w:val="pl-PL"/>
        </w:rPr>
      </w:pPr>
      <w:r w:rsidRPr="00552913">
        <w:rPr>
          <w:lang w:val="pl-PL"/>
        </w:rPr>
        <w:t>Oświadczamy, że oferowane Urządzenia i ich wyposażenie spełniają wymagania MDR, ustawy z dnia 7 kwietnia 2022 r. o wyrobach medycznych oraz innych przepisów mających zastosowanie do ich wprowadzania do obrotu, udostępniania na rynku i wprowadzania do używania w Polsce.</w:t>
      </w:r>
    </w:p>
    <w:p w14:paraId="77E86C68" w14:textId="2776DF86" w:rsidR="00891736" w:rsidRPr="00552913" w:rsidRDefault="00000000" w:rsidP="00552913">
      <w:pPr>
        <w:spacing w:after="80" w:line="252" w:lineRule="auto"/>
        <w:jc w:val="both"/>
        <w:rPr>
          <w:lang w:val="pl-PL"/>
        </w:rPr>
      </w:pPr>
      <w:r w:rsidRPr="00552913">
        <w:rPr>
          <w:lang w:val="pl-PL"/>
        </w:rPr>
        <w:t xml:space="preserve">Oświadczamy, że przedstawione deklaracje zgodności UE, certyfikaty i pozostałe dokumenty odnoszą się </w:t>
      </w:r>
      <w:r w:rsidR="00552913">
        <w:rPr>
          <w:lang w:val="pl-PL"/>
        </w:rPr>
        <w:br/>
      </w:r>
      <w:r w:rsidRPr="00552913">
        <w:rPr>
          <w:lang w:val="pl-PL"/>
        </w:rPr>
        <w:t>do oferowanego modelu, są autentyczne, kompletne i ważne na dzień złożenia oferty.</w:t>
      </w:r>
    </w:p>
    <w:p w14:paraId="2A93C89F" w14:textId="77777777" w:rsidR="00891736" w:rsidRPr="00552913" w:rsidRDefault="00000000" w:rsidP="00552913">
      <w:pPr>
        <w:spacing w:after="80" w:line="252" w:lineRule="auto"/>
        <w:jc w:val="both"/>
        <w:rPr>
          <w:lang w:val="pl-PL"/>
        </w:rPr>
      </w:pPr>
      <w:r w:rsidRPr="00552913">
        <w:rPr>
          <w:lang w:val="pl-PL"/>
        </w:rPr>
        <w:t>Oświadczamy, że oferowany wyrób jest wprowadzany do obrotu: □ zgodnie z MDR  □ na podstawie przepisów przejściowych MDR. W przypadku drugiego wariantu załączamy dokumenty potwierdzające spełnienie warunków przejściowych.</w:t>
      </w:r>
    </w:p>
    <w:p w14:paraId="0284328A" w14:textId="1669DEF0" w:rsidR="00891736" w:rsidRPr="00552913" w:rsidRDefault="00000000" w:rsidP="00552913">
      <w:pPr>
        <w:spacing w:after="80" w:line="252" w:lineRule="auto"/>
        <w:jc w:val="both"/>
        <w:rPr>
          <w:lang w:val="pl-PL"/>
        </w:rPr>
      </w:pPr>
      <w:r w:rsidRPr="00552913">
        <w:rPr>
          <w:lang w:val="pl-PL"/>
        </w:rPr>
        <w:t xml:space="preserve">Zobowiązujemy się zapewnić identyfikowalność Urządzeń oraz niezwłocznie informować Zamawiającego </w:t>
      </w:r>
      <w:r w:rsidR="00552913">
        <w:rPr>
          <w:lang w:val="pl-PL"/>
        </w:rPr>
        <w:br/>
      </w:r>
      <w:r w:rsidRPr="00552913">
        <w:rPr>
          <w:lang w:val="pl-PL"/>
        </w:rPr>
        <w:t>o komunikatach bezpieczeństwa, działaniach korygujących dotyczących bezpieczeństwa, wycofaniu wyrobu, ograniczeniu certyfikatu lub innych zdarzeniach wpływających na legalność albo bezpieczeństwo jego używania.</w:t>
      </w:r>
    </w:p>
    <w:p w14:paraId="24938325" w14:textId="77777777" w:rsidR="00891736" w:rsidRPr="00552913" w:rsidRDefault="00000000" w:rsidP="00552913">
      <w:pPr>
        <w:spacing w:after="80" w:line="252" w:lineRule="auto"/>
        <w:jc w:val="both"/>
        <w:rPr>
          <w:lang w:val="pl-PL"/>
        </w:rPr>
      </w:pPr>
      <w:r w:rsidRPr="00552913">
        <w:rPr>
          <w:lang w:val="pl-PL"/>
        </w:rPr>
        <w:t>Przyjmujemy do wiadomości, że zamówienie jest finansowane w ramach projektu ABM, a dokumentacja postępowania i realizacji umowy może podlegać kontroli lub audytowi. Zobowiązujemy się przekazywać Zamawiającemu wymagane dokumenty i wyjaśnienia oraz przechowywać dokumentację przez okres wskazany zgodnie z umową o dofinansowanie lub przepisami prawa.</w:t>
      </w:r>
    </w:p>
    <w:p w14:paraId="4A1ADFF6" w14:textId="77777777" w:rsidR="00891736" w:rsidRPr="00552913" w:rsidRDefault="00000000">
      <w:pPr>
        <w:keepNext/>
        <w:spacing w:before="180" w:after="80" w:line="252" w:lineRule="auto"/>
        <w:rPr>
          <w:lang w:val="pl-PL"/>
        </w:rPr>
      </w:pPr>
      <w:r w:rsidRPr="00552913">
        <w:rPr>
          <w:b/>
          <w:lang w:val="pl-PL"/>
        </w:rPr>
        <w:t>7. Załączniki do oferty</w:t>
      </w:r>
    </w:p>
    <w:p w14:paraId="040EAFB8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materiały producenta potwierdzające parametry;</w:t>
      </w:r>
    </w:p>
    <w:p w14:paraId="4277E708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deklaracja zgodności UE;</w:t>
      </w:r>
    </w:p>
    <w:p w14:paraId="0CE6F8CC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certyfikat jednostki notyfikowanej, jeżeli jest wymagany;</w:t>
      </w:r>
    </w:p>
    <w:p w14:paraId="13E36A40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warunki gwarancji i dane serwisu;</w:t>
      </w:r>
    </w:p>
    <w:p w14:paraId="166FDF50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pełnomocnictwo, jeżeli jest wymagane;</w:t>
      </w:r>
    </w:p>
    <w:p w14:paraId="5CD6AD2B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t>inne: ........................................................................................................</w:t>
      </w:r>
    </w:p>
    <w:p w14:paraId="32BE31CC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br/>
        <w:t>Miejscowość i data: ........................................................</w:t>
      </w:r>
    </w:p>
    <w:p w14:paraId="45893D85" w14:textId="77777777" w:rsidR="00891736" w:rsidRPr="00552913" w:rsidRDefault="00000000">
      <w:pPr>
        <w:spacing w:after="80" w:line="252" w:lineRule="auto"/>
        <w:rPr>
          <w:lang w:val="pl-PL"/>
        </w:rPr>
      </w:pPr>
      <w:r w:rsidRPr="00552913">
        <w:rPr>
          <w:lang w:val="pl-PL"/>
        </w:rPr>
        <w:br/>
        <w:t>Imię, nazwisko i podpis osoby uprawnionej: ........................................................................................</w:t>
      </w:r>
    </w:p>
    <w:sectPr w:rsidR="00891736" w:rsidRPr="00552913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7D19A" w14:textId="77777777" w:rsidR="00F6294E" w:rsidRDefault="00F6294E">
      <w:pPr>
        <w:spacing w:after="0" w:line="240" w:lineRule="auto"/>
      </w:pPr>
      <w:r>
        <w:separator/>
      </w:r>
    </w:p>
  </w:endnote>
  <w:endnote w:type="continuationSeparator" w:id="0">
    <w:p w14:paraId="45F4EE2B" w14:textId="77777777" w:rsidR="00F6294E" w:rsidRDefault="00F62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FD54" w14:textId="77777777" w:rsidR="00891736" w:rsidRDefault="00000000">
    <w:pPr>
      <w:pStyle w:val="Stopka"/>
      <w:jc w:val="center"/>
    </w:pPr>
    <w:r>
      <w:rPr>
        <w:sz w:val="16"/>
      </w:rPr>
      <w:t xml:space="preserve">Medicover sp. z </w:t>
    </w:r>
    <w:proofErr w:type="spellStart"/>
    <w:r>
      <w:rPr>
        <w:sz w:val="16"/>
      </w:rPr>
      <w:t>o.o.</w:t>
    </w:r>
    <w:proofErr w:type="spellEnd"/>
    <w:r>
      <w:rPr>
        <w:sz w:val="16"/>
      </w:rPr>
      <w:t xml:space="preserve"> | </w:t>
    </w:r>
    <w:proofErr w:type="spellStart"/>
    <w:r>
      <w:rPr>
        <w:sz w:val="16"/>
      </w:rPr>
      <w:t>projekt</w:t>
    </w:r>
    <w:proofErr w:type="spellEnd"/>
    <w:r>
      <w:rPr>
        <w:sz w:val="16"/>
      </w:rPr>
      <w:t xml:space="preserve"> EPISODE VT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1A0A9" w14:textId="77777777" w:rsidR="00F6294E" w:rsidRDefault="00F6294E">
      <w:pPr>
        <w:spacing w:after="0" w:line="240" w:lineRule="auto"/>
      </w:pPr>
      <w:r>
        <w:separator/>
      </w:r>
    </w:p>
  </w:footnote>
  <w:footnote w:type="continuationSeparator" w:id="0">
    <w:p w14:paraId="116C503B" w14:textId="77777777" w:rsidR="00F6294E" w:rsidRDefault="00F62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802470">
    <w:abstractNumId w:val="8"/>
  </w:num>
  <w:num w:numId="2" w16cid:durableId="1988893650">
    <w:abstractNumId w:val="6"/>
  </w:num>
  <w:num w:numId="3" w16cid:durableId="1495292862">
    <w:abstractNumId w:val="5"/>
  </w:num>
  <w:num w:numId="4" w16cid:durableId="139807510">
    <w:abstractNumId w:val="4"/>
  </w:num>
  <w:num w:numId="5" w16cid:durableId="676929252">
    <w:abstractNumId w:val="7"/>
  </w:num>
  <w:num w:numId="6" w16cid:durableId="909267942">
    <w:abstractNumId w:val="3"/>
  </w:num>
  <w:num w:numId="7" w16cid:durableId="130367376">
    <w:abstractNumId w:val="2"/>
  </w:num>
  <w:num w:numId="8" w16cid:durableId="1967658703">
    <w:abstractNumId w:val="1"/>
  </w:num>
  <w:num w:numId="9" w16cid:durableId="1503935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5178B"/>
    <w:rsid w:val="00552913"/>
    <w:rsid w:val="00891736"/>
    <w:rsid w:val="00AA1D8D"/>
    <w:rsid w:val="00B47730"/>
    <w:rsid w:val="00CB0664"/>
    <w:rsid w:val="00F629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BCC759"/>
  <w14:defaultImageDpi w14:val="300"/>
  <w15:docId w15:val="{3F368051-1C3A-4B8A-8A50-394E0331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 w:cs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833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Klyszynski Łukasz</dc:creator>
  <cp:keywords/>
  <dc:description>generated by python-docx</dc:description>
  <cp:lastModifiedBy>Fabijańska Magdalena</cp:lastModifiedBy>
  <cp:revision>2</cp:revision>
  <dcterms:created xsi:type="dcterms:W3CDTF">2026-09-23T06:08:00Z</dcterms:created>
  <dcterms:modified xsi:type="dcterms:W3CDTF">2026-09-23T06:08:00Z</dcterms:modified>
  <cp:category/>
</cp:coreProperties>
</file>